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74FD9" w14:textId="77777777" w:rsidR="00EC2806" w:rsidRDefault="00296986">
      <w:pPr>
        <w:jc w:val="center"/>
      </w:pPr>
      <w:r>
        <w:rPr>
          <w:rFonts w:ascii="Aptos Display" w:hAnsi="Aptos Display"/>
          <w:b/>
          <w:color w:val="1F4E79"/>
          <w:sz w:val="40"/>
        </w:rPr>
        <w:t>Lesson 4 - God's Word Is Enough</w:t>
      </w:r>
    </w:p>
    <w:p w14:paraId="57AEFECA" w14:textId="77777777" w:rsidR="00EC2806" w:rsidRDefault="00296986">
      <w:pPr>
        <w:pBdr>
          <w:bottom w:val="single" w:sz="12" w:space="1" w:color="4F81BD"/>
        </w:pBdr>
        <w:jc w:val="center"/>
      </w:pPr>
      <w:r>
        <w:rPr>
          <w:i/>
          <w:color w:val="5A5A5A"/>
          <w:sz w:val="22"/>
        </w:rPr>
        <w:t>The Authority of Scripture | Class Study Handout | 45-Minute Bible Study</w:t>
      </w:r>
    </w:p>
    <w:p w14:paraId="6F7165BE" w14:textId="77777777" w:rsidR="00EC2806" w:rsidRDefault="00EC2806"/>
    <w:p w14:paraId="6C592C79" w14:textId="77777777" w:rsidR="00EC2806" w:rsidRDefault="00296986">
      <w:r>
        <w:rPr>
          <w:b/>
          <w:color w:val="1F4E79"/>
        </w:rPr>
        <w:t>Main Truth:</w:t>
      </w:r>
      <w:r>
        <w:t xml:space="preserve"> The Bible is sufficient for faith and practice because God has given His people what they need for salvation, godliness, discernment, and obedience.</w:t>
      </w:r>
    </w:p>
    <w:p w14:paraId="340C00F0" w14:textId="77777777" w:rsidR="00EC2806" w:rsidRDefault="00296986">
      <w:r>
        <w:rPr>
          <w:b/>
          <w:color w:val="1F4E79"/>
        </w:rPr>
        <w:t>Key Scriptures:</w:t>
      </w:r>
      <w:r>
        <w:t xml:space="preserve"> 2 Timothy 3:16-17; Psalm 19:7-11; James 1:22-25; Psalm 119:105; 2 Peter 1:3; Romans 12:2</w:t>
      </w:r>
    </w:p>
    <w:p w14:paraId="4B8CCF14" w14:textId="77777777" w:rsidR="00EC2806" w:rsidRDefault="00296986">
      <w:pPr>
        <w:pStyle w:val="Heading1"/>
      </w:pPr>
      <w:r>
        <w:t>Opening Question</w:t>
      </w:r>
    </w:p>
    <w:p w14:paraId="73F10E93" w14:textId="77777777" w:rsidR="00EC2806" w:rsidRDefault="00296986">
      <w:r>
        <w:t>When we say, "God's Word is enough," what do we mean?</w:t>
      </w:r>
    </w:p>
    <w:p w14:paraId="01C91538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1A3FA38B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1671C6B2" w14:textId="77777777" w:rsidR="00EC2806" w:rsidRDefault="00296986">
      <w:r>
        <w:t>What are some ways people treat the Bible as helpful but not enough?</w:t>
      </w:r>
    </w:p>
    <w:p w14:paraId="25E051D0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29AF666A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48F8BFC8" w14:textId="77777777" w:rsidR="00EC2806" w:rsidRDefault="00296986">
      <w:pPr>
        <w:pStyle w:val="Heading1"/>
      </w:pPr>
      <w:r>
        <w:t>Point 1: Scripture Thoroughly Equips God's People</w:t>
      </w:r>
    </w:p>
    <w:p w14:paraId="09E23C3E" w14:textId="77777777" w:rsidR="00EC2806" w:rsidRDefault="00296986">
      <w:r>
        <w:rPr>
          <w:b/>
          <w:color w:val="1F4E79"/>
        </w:rPr>
        <w:t>Read:</w:t>
      </w:r>
      <w:r>
        <w:t xml:space="preserve"> 2 Timothy 3:16-17</w:t>
      </w:r>
    </w:p>
    <w:p w14:paraId="472DCF2B" w14:textId="77777777" w:rsidR="00EC2806" w:rsidRDefault="00296986">
      <w:r>
        <w:t>According to verse 16, what is all Scripture profitable for?</w:t>
      </w:r>
    </w:p>
    <w:p w14:paraId="43718AC0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75E4B154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6173CB97" w14:textId="77777777" w:rsidR="00EC2806" w:rsidRDefault="00296986">
      <w:r>
        <w:t>What is the purpose stated in verse 17?</w:t>
      </w:r>
    </w:p>
    <w:p w14:paraId="3256453C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32AADF6C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6049F6CB" w14:textId="77777777" w:rsidR="00EC2806" w:rsidRDefault="00296986">
      <w:r>
        <w:t>What does this teach us about the sufficiency of Scripture?</w:t>
      </w:r>
    </w:p>
    <w:p w14:paraId="108DAB4E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25F195D8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400E5663" w14:textId="77777777" w:rsidR="00EC2806" w:rsidRDefault="00296986">
      <w:r>
        <w:rPr>
          <w:b/>
          <w:color w:val="1F4E79"/>
        </w:rPr>
        <w:t>Key Thought:</w:t>
      </w:r>
      <w:r>
        <w:t xml:space="preserve"> Scripture gives believers what is necessary to be equipped for every good work.</w:t>
      </w:r>
    </w:p>
    <w:p w14:paraId="0114E26B" w14:textId="77777777" w:rsidR="00EC2806" w:rsidRDefault="00296986">
      <w:pPr>
        <w:pStyle w:val="Heading1"/>
      </w:pPr>
      <w:r>
        <w:t>Point 2: Scripture Restores, Makes Wise, Rejoices, and Enlightens</w:t>
      </w:r>
    </w:p>
    <w:p w14:paraId="193EDD2B" w14:textId="77777777" w:rsidR="00EC2806" w:rsidRDefault="00296986">
      <w:r>
        <w:rPr>
          <w:b/>
          <w:color w:val="1F4E79"/>
        </w:rPr>
        <w:t>Read:</w:t>
      </w:r>
      <w:r>
        <w:t xml:space="preserve"> Psalm 19:7-11</w:t>
      </w:r>
    </w:p>
    <w:p w14:paraId="1BB77A3D" w14:textId="77777777" w:rsidR="00EC2806" w:rsidRDefault="00296986">
      <w:r>
        <w:t>What words does Psalm 19 use to describe God's Word?</w:t>
      </w:r>
    </w:p>
    <w:p w14:paraId="68D93D4D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7111B1F0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4EE42931" w14:textId="77777777" w:rsidR="00EC2806" w:rsidRDefault="00296986">
      <w:r>
        <w:t>What does God's Word do according to this passage?</w:t>
      </w:r>
    </w:p>
    <w:p w14:paraId="220D10F3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6A4FED14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1746F7F4" w14:textId="77777777" w:rsidR="00EC2806" w:rsidRDefault="00296986">
      <w:r>
        <w:t>How valuable is God's Word according to the psalmist?</w:t>
      </w:r>
    </w:p>
    <w:p w14:paraId="18A2FD65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3FDFD68C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09367DF2" w14:textId="77777777" w:rsidR="00EC2806" w:rsidRDefault="00296986">
      <w:r>
        <w:rPr>
          <w:b/>
          <w:color w:val="1F4E79"/>
        </w:rPr>
        <w:t>Key Thought:</w:t>
      </w:r>
      <w:r>
        <w:t xml:space="preserve"> God's Word reaches the soul, gives wisdom, brings joy, and gives light.</w:t>
      </w:r>
    </w:p>
    <w:p w14:paraId="0A8A7287" w14:textId="77777777" w:rsidR="00EC2806" w:rsidRDefault="00296986">
      <w:pPr>
        <w:pStyle w:val="Heading1"/>
      </w:pPr>
      <w:r>
        <w:t>Point 3: Scripture Must Be Obeyed, Not Merely Heard</w:t>
      </w:r>
    </w:p>
    <w:p w14:paraId="7C584EB3" w14:textId="77777777" w:rsidR="00EC2806" w:rsidRDefault="00296986">
      <w:r>
        <w:rPr>
          <w:b/>
          <w:color w:val="1F4E79"/>
        </w:rPr>
        <w:t>Read:</w:t>
      </w:r>
      <w:r>
        <w:t xml:space="preserve"> James 1:22-25</w:t>
      </w:r>
    </w:p>
    <w:p w14:paraId="62D028EE" w14:textId="77777777" w:rsidR="00EC2806" w:rsidRDefault="00296986">
      <w:r>
        <w:lastRenderedPageBreak/>
        <w:t>What command does James give in verse 22?</w:t>
      </w:r>
    </w:p>
    <w:p w14:paraId="66BF0EB2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4AA3B381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052A4AD6" w14:textId="77777777" w:rsidR="00EC2806" w:rsidRDefault="00296986">
      <w:r>
        <w:t>What danger does James warn about?</w:t>
      </w:r>
    </w:p>
    <w:p w14:paraId="4285A798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1C7B405F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3F61414C" w14:textId="77777777" w:rsidR="00EC2806" w:rsidRDefault="00296986">
      <w:r>
        <w:t>What illustration does James use?</w:t>
      </w:r>
    </w:p>
    <w:p w14:paraId="1112D0B6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19DD9044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63F43261" w14:textId="77777777" w:rsidR="00EC2806" w:rsidRDefault="00296986">
      <w:r>
        <w:t>Who is blessed according to James?</w:t>
      </w:r>
    </w:p>
    <w:p w14:paraId="2A3D9D7D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18CF8D9E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6D78ABA1" w14:textId="77777777" w:rsidR="00EC2806" w:rsidRDefault="00296986">
      <w:r>
        <w:rPr>
          <w:b/>
          <w:color w:val="1F4E79"/>
        </w:rPr>
        <w:t>Key Thought:</w:t>
      </w:r>
      <w:r>
        <w:t xml:space="preserve"> The Word is not meant only to be heard; it is meant to be obeyed.</w:t>
      </w:r>
    </w:p>
    <w:p w14:paraId="495D3965" w14:textId="77777777" w:rsidR="00EC2806" w:rsidRDefault="00296986">
      <w:pPr>
        <w:pStyle w:val="Heading1"/>
      </w:pPr>
      <w:r>
        <w:t>Point 4: Scripture Guides Daily Life and Renews the Mind</w:t>
      </w:r>
    </w:p>
    <w:p w14:paraId="186FC5EA" w14:textId="77777777" w:rsidR="00EC2806" w:rsidRDefault="00296986">
      <w:r>
        <w:rPr>
          <w:b/>
          <w:color w:val="1F4E79"/>
        </w:rPr>
        <w:t>Read:</w:t>
      </w:r>
      <w:r>
        <w:t xml:space="preserve"> Psalm 119:105; Romans 12:2; 2 Peter 1:3</w:t>
      </w:r>
    </w:p>
    <w:p w14:paraId="13085CE8" w14:textId="77777777" w:rsidR="00EC2806" w:rsidRDefault="00296986">
      <w:r>
        <w:t>What does Psalm 119:105 say God's Word is?</w:t>
      </w:r>
    </w:p>
    <w:p w14:paraId="42E0DAEA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473B2A69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43D6CB19" w14:textId="77777777" w:rsidR="00EC2806" w:rsidRDefault="00296986">
      <w:r>
        <w:t>According to Romans 12:2, how are believers transformed?</w:t>
      </w:r>
    </w:p>
    <w:p w14:paraId="223A4677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30AE088A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1F8A70A6" w14:textId="77777777" w:rsidR="00EC2806" w:rsidRDefault="00296986">
      <w:r>
        <w:t>According to 2 Peter 1:3, what has God granted His people?</w:t>
      </w:r>
    </w:p>
    <w:p w14:paraId="1D1053F8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16720566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2F45C54A" w14:textId="77777777" w:rsidR="00EC2806" w:rsidRDefault="00296986">
      <w:r>
        <w:t>How does Scripture guide daily life even when it does not name every specific situation?</w:t>
      </w:r>
    </w:p>
    <w:p w14:paraId="22AE7A4E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1A96D4AF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276A08F4" w14:textId="77777777" w:rsidR="00EC2806" w:rsidRDefault="00296986">
      <w:r>
        <w:rPr>
          <w:b/>
          <w:color w:val="1F4E79"/>
        </w:rPr>
        <w:t>Key Thought:</w:t>
      </w:r>
      <w:r>
        <w:t xml:space="preserve"> Scripture gives light for the path, renews the mind, and guides faithful living.</w:t>
      </w:r>
    </w:p>
    <w:p w14:paraId="29E64824" w14:textId="77777777" w:rsidR="00EC2806" w:rsidRDefault="00296986">
      <w:pPr>
        <w:pStyle w:val="Heading1"/>
      </w:pPr>
      <w:r>
        <w:t>Group Application</w:t>
      </w:r>
    </w:p>
    <w:p w14:paraId="026A5C35" w14:textId="77777777" w:rsidR="00EC2806" w:rsidRDefault="00296986">
      <w:r>
        <w:t>Where have I been treating Scripture as helpful but not sufficient?</w:t>
      </w:r>
    </w:p>
    <w:p w14:paraId="45600989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105AB407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02B92034" w14:textId="77777777" w:rsidR="00EC2806" w:rsidRDefault="00296986">
      <w:r>
        <w:t>What area of my life needs to come under the direction of God's Word?</w:t>
      </w:r>
    </w:p>
    <w:p w14:paraId="13150C16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297D6D61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4BD9F45C" w14:textId="77777777" w:rsidR="00EC2806" w:rsidRDefault="00296986">
      <w:r>
        <w:t>What is one specific step of obedience I need to take this week?</w:t>
      </w:r>
    </w:p>
    <w:p w14:paraId="03804A43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6BADA1D6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7F26831A" w14:textId="77777777" w:rsidR="00EC2806" w:rsidRDefault="00296986">
      <w:pPr>
        <w:pStyle w:val="Heading1"/>
      </w:pPr>
      <w:r>
        <w:t>Closing Summary</w:t>
      </w:r>
    </w:p>
    <w:p w14:paraId="03808019" w14:textId="77777777" w:rsidR="00EC2806" w:rsidRDefault="00296986">
      <w:pPr>
        <w:pStyle w:val="ListBullet"/>
        <w:spacing w:after="40"/>
      </w:pPr>
      <w:r>
        <w:t>Scripture is God-breathed and authoritative.</w:t>
      </w:r>
    </w:p>
    <w:p w14:paraId="73BEF81A" w14:textId="77777777" w:rsidR="00EC2806" w:rsidRDefault="00296986">
      <w:pPr>
        <w:pStyle w:val="ListBullet"/>
        <w:spacing w:after="40"/>
      </w:pPr>
      <w:r>
        <w:t>Scripture teaches, reproves, corrects, trains, and equips.</w:t>
      </w:r>
    </w:p>
    <w:p w14:paraId="0040E00E" w14:textId="77777777" w:rsidR="00EC2806" w:rsidRDefault="00296986">
      <w:pPr>
        <w:pStyle w:val="ListBullet"/>
        <w:spacing w:after="40"/>
      </w:pPr>
      <w:r>
        <w:t>Scripture restores the soul, gives wisdom, brings joy, and gives light.</w:t>
      </w:r>
    </w:p>
    <w:p w14:paraId="53E02E0F" w14:textId="77777777" w:rsidR="00EC2806" w:rsidRDefault="00296986">
      <w:pPr>
        <w:pStyle w:val="ListBullet"/>
        <w:spacing w:after="40"/>
      </w:pPr>
      <w:r>
        <w:lastRenderedPageBreak/>
        <w:t>Scripture must be obeyed, not merely heard.</w:t>
      </w:r>
    </w:p>
    <w:p w14:paraId="5A53DF66" w14:textId="77777777" w:rsidR="00EC2806" w:rsidRDefault="00296986">
      <w:pPr>
        <w:pStyle w:val="ListBullet"/>
        <w:spacing w:after="40"/>
      </w:pPr>
      <w:r>
        <w:t>Scripture is sufficient for faith and practice.</w:t>
      </w:r>
    </w:p>
    <w:p w14:paraId="5EAE2E22" w14:textId="77777777" w:rsidR="00EC2806" w:rsidRDefault="00296986">
      <w:pPr>
        <w:pStyle w:val="Heading1"/>
      </w:pPr>
      <w:r>
        <w:t>Take-Home Assignment</w:t>
      </w:r>
    </w:p>
    <w:p w14:paraId="5B2CC5A3" w14:textId="77777777" w:rsidR="00EC2806" w:rsidRDefault="00296986">
      <w:r>
        <w:t>Read Joshua 1:8 and Psalm 1. Then answer:</w:t>
      </w:r>
    </w:p>
    <w:p w14:paraId="5FA6DEA5" w14:textId="77777777" w:rsidR="00EC2806" w:rsidRDefault="00296986">
      <w:r>
        <w:t>What kind of life is formed by continual meditation on God's Word?</w:t>
      </w:r>
    </w:p>
    <w:p w14:paraId="1FB85761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7DFCEC3E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6AFFF5B7" w14:textId="77777777" w:rsidR="00EC2806" w:rsidRDefault="00296986">
      <w:r>
        <w:t>What habit can I begin or strengthen this week to live under Scripture?</w:t>
      </w:r>
    </w:p>
    <w:p w14:paraId="78825C99" w14:textId="77777777" w:rsidR="00EC2806" w:rsidRDefault="00296986">
      <w:pPr>
        <w:spacing w:after="20"/>
      </w:pPr>
      <w:r>
        <w:t>______________________________________________________________________________</w:t>
      </w:r>
    </w:p>
    <w:p w14:paraId="3C2741CF" w14:textId="77777777" w:rsidR="00EC2806" w:rsidRDefault="00296986">
      <w:pPr>
        <w:spacing w:after="20"/>
      </w:pPr>
      <w:r>
        <w:t>______________________________________________________________________________</w:t>
      </w:r>
    </w:p>
    <w:sectPr w:rsidR="00EC2806" w:rsidSect="00E077EC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4531872">
    <w:abstractNumId w:val="8"/>
  </w:num>
  <w:num w:numId="2" w16cid:durableId="1776248509">
    <w:abstractNumId w:val="6"/>
  </w:num>
  <w:num w:numId="3" w16cid:durableId="1830171680">
    <w:abstractNumId w:val="5"/>
  </w:num>
  <w:num w:numId="4" w16cid:durableId="1978336275">
    <w:abstractNumId w:val="4"/>
  </w:num>
  <w:num w:numId="5" w16cid:durableId="1406758932">
    <w:abstractNumId w:val="7"/>
  </w:num>
  <w:num w:numId="6" w16cid:durableId="50465602">
    <w:abstractNumId w:val="3"/>
  </w:num>
  <w:num w:numId="7" w16cid:durableId="1000891666">
    <w:abstractNumId w:val="2"/>
  </w:num>
  <w:num w:numId="8" w16cid:durableId="520240415">
    <w:abstractNumId w:val="1"/>
  </w:num>
  <w:num w:numId="9" w16cid:durableId="42619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2FF8"/>
    <w:rsid w:val="0015074B"/>
    <w:rsid w:val="0029639D"/>
    <w:rsid w:val="00296986"/>
    <w:rsid w:val="00326F90"/>
    <w:rsid w:val="00AA1D8D"/>
    <w:rsid w:val="00B47730"/>
    <w:rsid w:val="00CB0664"/>
    <w:rsid w:val="00D25913"/>
    <w:rsid w:val="00E077EC"/>
    <w:rsid w:val="00EC2806"/>
    <w:rsid w:val="00FA17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4A2C7F0B-C5ED-4E7E-BE65-C333AD9B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eastAsia="Aptos" w:hAnsi="Aptos"/>
      <w:color w:val="21212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/>
      <w:b/>
      <w:bCs/>
      <w:color w:val="1F4E7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5458</Characters>
  <Application>Microsoft Office Word</Application>
  <DocSecurity>0</DocSecurity>
  <Lines>90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Jerry Woodard</cp:lastModifiedBy>
  <cp:revision>3</cp:revision>
  <cp:lastPrinted>2026-07-12T11:58:00Z</cp:lastPrinted>
  <dcterms:created xsi:type="dcterms:W3CDTF">2013-12-23T23:15:00Z</dcterms:created>
  <dcterms:modified xsi:type="dcterms:W3CDTF">2026-07-12T12:01:00Z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5ceda75c-c239-4bd4-8bea-5ee39d628c88</vt:lpwstr>
  </property>
</Properties>
</file>