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9D7B" w14:textId="77777777" w:rsidR="00FD0339" w:rsidRDefault="00574478">
      <w:pPr>
        <w:jc w:val="center"/>
      </w:pPr>
      <w:r>
        <w:rPr>
          <w:b/>
          <w:color w:val="1F4E79"/>
          <w:sz w:val="40"/>
        </w:rPr>
        <w:t>Lesson 3 - God's Word Has Final Authority</w:t>
      </w:r>
    </w:p>
    <w:p w14:paraId="47F26228" w14:textId="77777777" w:rsidR="00FD0339" w:rsidRDefault="00574478">
      <w:pPr>
        <w:jc w:val="center"/>
      </w:pPr>
      <w:r>
        <w:rPr>
          <w:i/>
          <w:sz w:val="24"/>
        </w:rPr>
        <w:t>The Authority of Scripture | Class Study Handout | 45-Minute Bible Study</w:t>
      </w:r>
    </w:p>
    <w:p w14:paraId="38AC76B8" w14:textId="77777777" w:rsidR="00FD0339" w:rsidRDefault="00FD033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FD0339" w14:paraId="227CDB38" w14:textId="77777777">
        <w:trPr>
          <w:jc w:val="center"/>
        </w:trPr>
        <w:tc>
          <w:tcPr>
            <w:tcW w:w="10224" w:type="dxa"/>
            <w:shd w:val="clear" w:color="auto" w:fill="D9EAF7"/>
          </w:tcPr>
          <w:p w14:paraId="4B5330AF" w14:textId="77777777" w:rsidR="00FD0339" w:rsidRDefault="00574478">
            <w:r>
              <w:rPr>
                <w:b/>
                <w:color w:val="1F4E79"/>
                <w:sz w:val="22"/>
              </w:rPr>
              <w:t>Main Truth</w:t>
            </w:r>
          </w:p>
          <w:p w14:paraId="517F7A1F" w14:textId="77777777" w:rsidR="00FD0339" w:rsidRDefault="00574478">
            <w:pPr>
              <w:pStyle w:val="BoxText"/>
            </w:pPr>
            <w:r>
              <w:t>Because Scripture is God's Word, it stands above tradition, personal opinion, cultural trends, and human experience as the final authority for what Christians believe and how Christians live.</w:t>
            </w:r>
          </w:p>
        </w:tc>
      </w:tr>
    </w:tbl>
    <w:p w14:paraId="2AF2B2A9" w14:textId="77777777" w:rsidR="00FD0339" w:rsidRDefault="00FD033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FD0339" w14:paraId="65D4AC54" w14:textId="77777777">
        <w:trPr>
          <w:jc w:val="center"/>
        </w:trPr>
        <w:tc>
          <w:tcPr>
            <w:tcW w:w="10224" w:type="dxa"/>
            <w:shd w:val="clear" w:color="auto" w:fill="F2F2F2"/>
          </w:tcPr>
          <w:p w14:paraId="3BBCC387" w14:textId="77777777" w:rsidR="00FD0339" w:rsidRDefault="00574478">
            <w:r>
              <w:rPr>
                <w:b/>
                <w:color w:val="1F4E79"/>
                <w:sz w:val="22"/>
              </w:rPr>
              <w:t>Key Scriptures</w:t>
            </w:r>
          </w:p>
          <w:p w14:paraId="53A5EC7B" w14:textId="77777777" w:rsidR="00FD0339" w:rsidRDefault="00574478">
            <w:pPr>
              <w:pStyle w:val="BoxText"/>
            </w:pPr>
            <w:r>
              <w:t>Isaiah 8:20</w:t>
            </w:r>
          </w:p>
          <w:p w14:paraId="1F6E0DBE" w14:textId="77777777" w:rsidR="00FD0339" w:rsidRDefault="00574478">
            <w:pPr>
              <w:pStyle w:val="BoxText"/>
            </w:pPr>
            <w:r>
              <w:t>Mark 7:6-13</w:t>
            </w:r>
          </w:p>
          <w:p w14:paraId="5C11EA71" w14:textId="77777777" w:rsidR="00FD0339" w:rsidRDefault="00574478">
            <w:pPr>
              <w:pStyle w:val="BoxText"/>
            </w:pPr>
            <w:r>
              <w:t>Matthew 5:17-18</w:t>
            </w:r>
          </w:p>
          <w:p w14:paraId="365BE8A3" w14:textId="77777777" w:rsidR="00FD0339" w:rsidRDefault="00574478">
            <w:pPr>
              <w:pStyle w:val="BoxText"/>
            </w:pPr>
            <w:r>
              <w:t>John 10:35</w:t>
            </w:r>
          </w:p>
          <w:p w14:paraId="7EF88B27" w14:textId="77777777" w:rsidR="00FD0339" w:rsidRDefault="00574478">
            <w:pPr>
              <w:pStyle w:val="BoxText"/>
            </w:pPr>
            <w:r>
              <w:t>Acts 17:10-12</w:t>
            </w:r>
          </w:p>
          <w:p w14:paraId="1FFF647C" w14:textId="77777777" w:rsidR="00FD0339" w:rsidRDefault="00574478">
            <w:pPr>
              <w:pStyle w:val="BoxText"/>
            </w:pPr>
            <w:r>
              <w:t>Colossians 2:8</w:t>
            </w:r>
          </w:p>
          <w:p w14:paraId="23BEB28E" w14:textId="77777777" w:rsidR="00FD0339" w:rsidRDefault="00574478">
            <w:pPr>
              <w:pStyle w:val="BoxText"/>
            </w:pPr>
            <w:r>
              <w:t>Romans 12:2</w:t>
            </w:r>
          </w:p>
        </w:tc>
      </w:tr>
    </w:tbl>
    <w:p w14:paraId="2AE3FBF1" w14:textId="77777777" w:rsidR="00FD0339" w:rsidRDefault="00FD0339"/>
    <w:p w14:paraId="074515D6" w14:textId="77777777" w:rsidR="00FD0339" w:rsidRDefault="00574478">
      <w:pPr>
        <w:pStyle w:val="Heading1"/>
      </w:pPr>
      <w:r>
        <w:t>Opening Question</w:t>
      </w:r>
    </w:p>
    <w:p w14:paraId="00635896" w14:textId="77777777" w:rsidR="00FD0339" w:rsidRDefault="00574478">
      <w:r>
        <w:rPr>
          <w:b/>
        </w:rPr>
        <w:t>When we say, "The Bible has authority," what do we mean?</w:t>
      </w:r>
    </w:p>
    <w:p w14:paraId="7E4A1B8D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7C0FDEBD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07E1041B" w14:textId="77777777" w:rsidR="00FD0339" w:rsidRDefault="00574478">
      <w:r>
        <w:rPr>
          <w:b/>
        </w:rPr>
        <w:t>What are some authorities people follow instead of Scripture?</w:t>
      </w:r>
    </w:p>
    <w:p w14:paraId="5E6734A2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385B06DD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1723283A" w14:textId="77777777" w:rsidR="00FD0339" w:rsidRDefault="00574478">
      <w:pPr>
        <w:pStyle w:val="Heading1"/>
      </w:pPr>
      <w:r>
        <w:t>Point 1: Everyone Lives Under Authority</w:t>
      </w:r>
    </w:p>
    <w:p w14:paraId="3ACAE7AD" w14:textId="77777777" w:rsidR="00FD0339" w:rsidRDefault="00574478">
      <w:r>
        <w:t>Read Isaiah 8:20.</w:t>
      </w:r>
    </w:p>
    <w:p w14:paraId="1526B0F1" w14:textId="77777777" w:rsidR="00FD0339" w:rsidRDefault="00574478">
      <w:r>
        <w:rPr>
          <w:b/>
        </w:rPr>
        <w:t>What does Isaiah 8:20 point God's people back to?</w:t>
      </w:r>
    </w:p>
    <w:p w14:paraId="085EBFE8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35F4DD28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0DD51203" w14:textId="77777777" w:rsidR="00FD0339" w:rsidRDefault="00574478">
      <w:r>
        <w:rPr>
          <w:b/>
        </w:rPr>
        <w:t>What does the phrase "To the law and to the testimony" teach us?</w:t>
      </w:r>
    </w:p>
    <w:p w14:paraId="4220C5B2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7E4D17E0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6E99E0E3" w14:textId="77777777" w:rsidR="00FD0339" w:rsidRDefault="00574478">
      <w:r>
        <w:rPr>
          <w:b/>
        </w:rPr>
        <w:t>According to Isaiah 8:20, what happens when people speak contrary to God's Word?</w:t>
      </w:r>
    </w:p>
    <w:p w14:paraId="20554FB1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03DEEA15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19C6E4A0" w14:textId="77777777" w:rsidR="00FD0339" w:rsidRDefault="00574478">
      <w:r>
        <w:t>Key Thought: Every voice must be judged by the Word of God.</w:t>
      </w:r>
    </w:p>
    <w:p w14:paraId="7E3D7C0D" w14:textId="77777777" w:rsidR="00FD0339" w:rsidRDefault="00574478">
      <w:pPr>
        <w:pStyle w:val="Heading1"/>
      </w:pPr>
      <w:r>
        <w:t>Point 2: Scripture Over Tradition</w:t>
      </w:r>
    </w:p>
    <w:p w14:paraId="17CD0C31" w14:textId="77777777" w:rsidR="00FD0339" w:rsidRDefault="00574478">
      <w:r>
        <w:t>Read Mark 7:6-13.</w:t>
      </w:r>
    </w:p>
    <w:p w14:paraId="305964E1" w14:textId="77777777" w:rsidR="00FD0339" w:rsidRDefault="00574478">
      <w:r>
        <w:rPr>
          <w:b/>
        </w:rPr>
        <w:t>What problem does Jesus expose in Mark 7?</w:t>
      </w:r>
    </w:p>
    <w:p w14:paraId="707FE49A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7571D21E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2A96B193" w14:textId="77777777" w:rsidR="00FD0339" w:rsidRDefault="00574478">
      <w:r>
        <w:rPr>
          <w:b/>
        </w:rPr>
        <w:t>What did the religious leaders do with the commandment of God?</w:t>
      </w:r>
    </w:p>
    <w:p w14:paraId="722724CC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62BBA27D" w14:textId="77777777" w:rsidR="00FD0339" w:rsidRDefault="00574478">
      <w:pPr>
        <w:spacing w:after="0"/>
      </w:pPr>
      <w:r>
        <w:lastRenderedPageBreak/>
        <w:t>______________________________________________________________________________</w:t>
      </w:r>
    </w:p>
    <w:p w14:paraId="53558354" w14:textId="77777777" w:rsidR="00FD0339" w:rsidRDefault="00574478">
      <w:r>
        <w:rPr>
          <w:b/>
        </w:rPr>
        <w:t>According to Jesus, what was the result of their tradition?</w:t>
      </w:r>
    </w:p>
    <w:p w14:paraId="129C1944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098200D3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5B665E31" w14:textId="77777777" w:rsidR="00FD0339" w:rsidRDefault="00574478">
      <w:r>
        <w:rPr>
          <w:b/>
        </w:rPr>
        <w:t>What are some examples today where tradition or preference can be placed above Scripture?</w:t>
      </w:r>
    </w:p>
    <w:p w14:paraId="013858D8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69B4FE2E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5F880EE4" w14:textId="77777777" w:rsidR="00FD0339" w:rsidRDefault="00574478">
      <w:r>
        <w:t>Key Thought: Tradition must sit under Scripture, not over Scripture.</w:t>
      </w:r>
    </w:p>
    <w:p w14:paraId="01B02084" w14:textId="77777777" w:rsidR="00FD0339" w:rsidRDefault="00574478">
      <w:pPr>
        <w:pStyle w:val="Heading1"/>
      </w:pPr>
      <w:r>
        <w:t>Point 3: Scripture Cannot Be Broken</w:t>
      </w:r>
    </w:p>
    <w:p w14:paraId="5CDC19B4" w14:textId="77777777" w:rsidR="00FD0339" w:rsidRDefault="00574478">
      <w:r>
        <w:t>Read Matthew 5:17-18 and John 10:35.</w:t>
      </w:r>
    </w:p>
    <w:p w14:paraId="02D2FF9D" w14:textId="77777777" w:rsidR="00FD0339" w:rsidRDefault="00574478">
      <w:r>
        <w:rPr>
          <w:b/>
        </w:rPr>
        <w:t>In Matthew 5:17-18, how does Jesus describe the permanence of Scripture?</w:t>
      </w:r>
    </w:p>
    <w:p w14:paraId="73A4DFC2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1728F863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19CDAF61" w14:textId="77777777" w:rsidR="00FD0339" w:rsidRDefault="00574478">
      <w:r>
        <w:rPr>
          <w:b/>
        </w:rPr>
        <w:t>What does Jesus mean in John 10:35 when He says, "Scripture cannot be broken"?</w:t>
      </w:r>
    </w:p>
    <w:p w14:paraId="02CDE5AC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2FF0AB43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3EE6F086" w14:textId="77777777" w:rsidR="00FD0339" w:rsidRDefault="00574478">
      <w:r>
        <w:rPr>
          <w:b/>
        </w:rPr>
        <w:t>What does Jesus' view of Scripture require from His followers?</w:t>
      </w:r>
    </w:p>
    <w:p w14:paraId="3CA62497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4CD67B83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5B4D3571" w14:textId="77777777" w:rsidR="00FD0339" w:rsidRDefault="00574478">
      <w:r>
        <w:t>Key Thought: A Christian cannot hold a lower view of Scripture than Jesus held.</w:t>
      </w:r>
    </w:p>
    <w:p w14:paraId="3C081C9F" w14:textId="77777777" w:rsidR="00FD0339" w:rsidRDefault="00574478">
      <w:pPr>
        <w:pStyle w:val="Heading1"/>
      </w:pPr>
      <w:r>
        <w:t>Point 4: Test Everything by Scripture</w:t>
      </w:r>
    </w:p>
    <w:p w14:paraId="1E3EE12C" w14:textId="77777777" w:rsidR="00FD0339" w:rsidRDefault="00574478">
      <w:r>
        <w:t>Read Acts 17:10-12.</w:t>
      </w:r>
    </w:p>
    <w:p w14:paraId="6D510D8E" w14:textId="77777777" w:rsidR="00FD0339" w:rsidRDefault="00574478">
      <w:r>
        <w:rPr>
          <w:b/>
        </w:rPr>
        <w:t>What did the Bereans do when they heard Paul teach?</w:t>
      </w:r>
    </w:p>
    <w:p w14:paraId="5981DFBE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66717016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28E5E3B2" w14:textId="77777777" w:rsidR="00FD0339" w:rsidRDefault="00574478">
      <w:r>
        <w:rPr>
          <w:b/>
        </w:rPr>
        <w:t>Why were the Bereans called noble?</w:t>
      </w:r>
    </w:p>
    <w:p w14:paraId="165CE621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04F537E4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4E6DC646" w14:textId="77777777" w:rsidR="00FD0339" w:rsidRDefault="00574478">
      <w:r>
        <w:rPr>
          <w:b/>
        </w:rPr>
        <w:t>What does this teach us about listening to sermons, teachers, and spiritual leaders?</w:t>
      </w:r>
    </w:p>
    <w:p w14:paraId="645C37DB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40D7B0E3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2DA9D69F" w14:textId="77777777" w:rsidR="00FD0339" w:rsidRDefault="00574478">
      <w:r>
        <w:t>Key Thought: We should listen with open hearts and open Bibles.</w:t>
      </w:r>
    </w:p>
    <w:p w14:paraId="679B69A7" w14:textId="77777777" w:rsidR="00FD0339" w:rsidRDefault="00574478">
      <w:pPr>
        <w:pStyle w:val="Heading1"/>
      </w:pPr>
      <w:r>
        <w:t>Group Application</w:t>
      </w:r>
    </w:p>
    <w:p w14:paraId="503107FB" w14:textId="77777777" w:rsidR="00FD0339" w:rsidRDefault="00574478">
      <w:r>
        <w:t>Read Colossians 2:8 and Romans 12:2 if time allows.</w:t>
      </w:r>
    </w:p>
    <w:p w14:paraId="040BF9A2" w14:textId="77777777" w:rsidR="00FD0339" w:rsidRDefault="00574478">
      <w:r>
        <w:rPr>
          <w:b/>
        </w:rPr>
        <w:t>What competing authorities pressure believers today?</w:t>
      </w:r>
    </w:p>
    <w:p w14:paraId="5A748056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426C3DD5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4D8CDF02" w14:textId="77777777" w:rsidR="00FD0339" w:rsidRDefault="00574478">
      <w:r>
        <w:rPr>
          <w:b/>
        </w:rPr>
        <w:t>How can culture subtly rise above Scripture?</w:t>
      </w:r>
    </w:p>
    <w:p w14:paraId="30542645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274CF70A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4EAE0988" w14:textId="77777777" w:rsidR="00FD0339" w:rsidRDefault="00574478">
      <w:r>
        <w:rPr>
          <w:b/>
        </w:rPr>
        <w:t>What is one area where you need to let Scripture have the final word?</w:t>
      </w:r>
    </w:p>
    <w:p w14:paraId="05B08A84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60BE90D7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09C76C5D" w14:textId="77777777" w:rsidR="00FD0339" w:rsidRDefault="00574478">
      <w:pPr>
        <w:pStyle w:val="Heading1"/>
      </w:pPr>
      <w:r>
        <w:lastRenderedPageBreak/>
        <w:t>Closing Summary</w:t>
      </w:r>
    </w:p>
    <w:p w14:paraId="4294E09C" w14:textId="77777777" w:rsidR="00FD0339" w:rsidRDefault="00574478">
      <w:pPr>
        <w:pStyle w:val="ListBullet"/>
      </w:pPr>
      <w:r>
        <w:t>Everyone lives under some authority.</w:t>
      </w:r>
    </w:p>
    <w:p w14:paraId="64799CAF" w14:textId="77777777" w:rsidR="00FD0339" w:rsidRDefault="00574478">
      <w:pPr>
        <w:pStyle w:val="ListBullet"/>
      </w:pPr>
      <w:r>
        <w:t>God calls His people back to His Word.</w:t>
      </w:r>
    </w:p>
    <w:p w14:paraId="287CC183" w14:textId="77777777" w:rsidR="00FD0339" w:rsidRDefault="00574478">
      <w:pPr>
        <w:pStyle w:val="ListBullet"/>
      </w:pPr>
      <w:r>
        <w:t>Jesus placed Scripture above human tradition.</w:t>
      </w:r>
    </w:p>
    <w:p w14:paraId="5518938F" w14:textId="77777777" w:rsidR="00FD0339" w:rsidRDefault="00574478">
      <w:pPr>
        <w:pStyle w:val="ListBullet"/>
      </w:pPr>
      <w:r>
        <w:t>Jesus taught that Scripture cannot be broken.</w:t>
      </w:r>
    </w:p>
    <w:p w14:paraId="2AE1AE0A" w14:textId="77777777" w:rsidR="00FD0339" w:rsidRDefault="00574478">
      <w:pPr>
        <w:pStyle w:val="ListBullet"/>
      </w:pPr>
      <w:r>
        <w:t>The Bereans modeled testing all teaching by Scripture.</w:t>
      </w:r>
    </w:p>
    <w:p w14:paraId="2EDE8E59" w14:textId="77777777" w:rsidR="00FD0339" w:rsidRDefault="00574478">
      <w:pPr>
        <w:pStyle w:val="ListBullet"/>
      </w:pPr>
      <w:r>
        <w:t>Scripture must be the final authority for what Christians believe and how Christians live.</w:t>
      </w:r>
    </w:p>
    <w:p w14:paraId="2B07C892" w14:textId="77777777" w:rsidR="00FD0339" w:rsidRDefault="00574478">
      <w:pPr>
        <w:pStyle w:val="Heading1"/>
      </w:pPr>
      <w:r>
        <w:t>Take-Home Assignment</w:t>
      </w:r>
    </w:p>
    <w:p w14:paraId="64A65384" w14:textId="77777777" w:rsidR="00FD0339" w:rsidRDefault="00574478">
      <w:r>
        <w:t>Read Psalm 119:97-112 and answer:</w:t>
      </w:r>
    </w:p>
    <w:p w14:paraId="5BDEDDEC" w14:textId="77777777" w:rsidR="00FD0339" w:rsidRDefault="00574478">
      <w:r>
        <w:rPr>
          <w:b/>
        </w:rPr>
        <w:t>What does the psalmist love about God's Word?</w:t>
      </w:r>
    </w:p>
    <w:p w14:paraId="0FF480F4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3203B86E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53C718BF" w14:textId="77777777" w:rsidR="00FD0339" w:rsidRDefault="00574478">
      <w:r>
        <w:rPr>
          <w:b/>
        </w:rPr>
        <w:t>How does God's Word guide, correct, and shape his life?</w:t>
      </w:r>
    </w:p>
    <w:p w14:paraId="180D277D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4BB0A08E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520C3FA0" w14:textId="77777777" w:rsidR="00FD0339" w:rsidRDefault="00574478">
      <w:r>
        <w:rPr>
          <w:b/>
        </w:rPr>
        <w:t>What competing voice do I need to bring under Scripture this week?</w:t>
      </w:r>
    </w:p>
    <w:p w14:paraId="3AF1C760" w14:textId="77777777" w:rsidR="00FD0339" w:rsidRDefault="00574478">
      <w:pPr>
        <w:spacing w:after="0"/>
      </w:pPr>
      <w:r>
        <w:t>______________________________________________________________________________</w:t>
      </w:r>
    </w:p>
    <w:p w14:paraId="687A7714" w14:textId="77777777" w:rsidR="00FD0339" w:rsidRDefault="00574478">
      <w:pPr>
        <w:spacing w:after="0"/>
      </w:pPr>
      <w:r>
        <w:t>______________________________________________________________________________</w:t>
      </w:r>
    </w:p>
    <w:sectPr w:rsidR="00FD0339" w:rsidSect="00034616">
      <w:footerReference w:type="default" r:id="rId8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D390" w14:textId="77777777" w:rsidR="00574478" w:rsidRDefault="00574478">
      <w:pPr>
        <w:spacing w:after="0" w:line="240" w:lineRule="auto"/>
      </w:pPr>
      <w:r>
        <w:separator/>
      </w:r>
    </w:p>
  </w:endnote>
  <w:endnote w:type="continuationSeparator" w:id="0">
    <w:p w14:paraId="254F5962" w14:textId="77777777" w:rsidR="00574478" w:rsidRDefault="005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268BC" w14:textId="77777777" w:rsidR="00FD0339" w:rsidRDefault="00574478">
    <w:pPr>
      <w:pStyle w:val="Footer"/>
      <w:jc w:val="center"/>
    </w:pPr>
    <w:r>
      <w:rPr>
        <w:i/>
        <w:sz w:val="16"/>
      </w:rPr>
      <w:t>Lesson 3 - The Authority of Scripture: God's Word Has Final Authority | Class Study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4D29" w14:textId="77777777" w:rsidR="00574478" w:rsidRDefault="00574478">
      <w:pPr>
        <w:spacing w:after="0" w:line="240" w:lineRule="auto"/>
      </w:pPr>
      <w:r>
        <w:separator/>
      </w:r>
    </w:p>
  </w:footnote>
  <w:footnote w:type="continuationSeparator" w:id="0">
    <w:p w14:paraId="7F29F830" w14:textId="77777777" w:rsidR="00574478" w:rsidRDefault="00574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8237252">
    <w:abstractNumId w:val="8"/>
  </w:num>
  <w:num w:numId="2" w16cid:durableId="1690332185">
    <w:abstractNumId w:val="6"/>
  </w:num>
  <w:num w:numId="3" w16cid:durableId="1250895035">
    <w:abstractNumId w:val="5"/>
  </w:num>
  <w:num w:numId="4" w16cid:durableId="475227183">
    <w:abstractNumId w:val="4"/>
  </w:num>
  <w:num w:numId="5" w16cid:durableId="1375428940">
    <w:abstractNumId w:val="7"/>
  </w:num>
  <w:num w:numId="6" w16cid:durableId="1703822300">
    <w:abstractNumId w:val="3"/>
  </w:num>
  <w:num w:numId="7" w16cid:durableId="832061687">
    <w:abstractNumId w:val="2"/>
  </w:num>
  <w:num w:numId="8" w16cid:durableId="1122309339">
    <w:abstractNumId w:val="1"/>
  </w:num>
  <w:num w:numId="9" w16cid:durableId="100185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7958"/>
    <w:rsid w:val="0029639D"/>
    <w:rsid w:val="00326F90"/>
    <w:rsid w:val="00574478"/>
    <w:rsid w:val="00AA1D8D"/>
    <w:rsid w:val="00B47730"/>
    <w:rsid w:val="00CB0664"/>
    <w:rsid w:val="00FC693F"/>
    <w:rsid w:val="00F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66E7CE"/>
  <w14:defaultImageDpi w14:val="300"/>
  <w15:docId w15:val="{498C8A86-E868-6642-BBB6-97DF9603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4E7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1F4E7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xText">
    <w:name w:val="Box Text"/>
    <w:pPr>
      <w:spacing w:after="40"/>
    </w:pPr>
    <w:rPr>
      <w:rFonts w:ascii="Aptos" w:eastAsia="Aptos" w:hAnsi="Apto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Jerry Woodard</cp:lastModifiedBy>
  <cp:revision>2</cp:revision>
  <dcterms:created xsi:type="dcterms:W3CDTF">2026-07-04T04:10:00Z</dcterms:created>
  <dcterms:modified xsi:type="dcterms:W3CDTF">2026-07-04T04:10:00Z</dcterms:modified>
  <cp:category/>
</cp:coreProperties>
</file>